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האיש שחלם מדינה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קורות חייו של הרצל ואת השלבים בדרכו לרעיון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פרשת דרייפוס לכתיבת הספר מדינת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אירועים, מקומות ויצירות מרכזיים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הסירו ממנו את הדרגות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מוות ליהודים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1896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בית מולדת לעם היהודי בארץ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מזרח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ב –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10. ב – כתב בפריז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 - שמו היה בנימין זאב הרצל ובני המשפחה קראו לו תיאודור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רבים ובהם הרצל לא האמינו שדרייפוס אשם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מוזכר בסיפור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רבים התנגדו בתוקף כי רצו רק בארץ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לא נכון – הרצל נפטר בגיל ארבעים וארבע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אין 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6. 1904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(פרסום הספר 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(הקונגרס הציוני הראשון בבזל)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(ביקור הרצל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(ויכוח על הצעת הטריטוריה באפריקה)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(פטירתו של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(הכרזת מדינת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בעיר פשט שבהונגריה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המשפחה עוברת לווינה אחרי מות פאולינה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צופה בפרשת דרייפוס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פרסום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כינוס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הכרזת מדינת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יכולים להתייחס לפרשת דרייפוס ולקריאות ההמון, ולמסקנה שהשנאה ליהודים לא תיעלם מעצמה גם במדינה מתקדמת כמו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חברה מודרנית עם מדע וטכנולוגיה, ושוויון בין כל התושבים, יהודים ושאינם 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דרייפוס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מדינת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1948, חמישים ואחת שנה 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 מה זה אומר לחלום חלום גדול ולהגשים אותו, ולקשר לסיפור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להביא דוגמאות מהטקסט ולא רק דעה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ציר זמן על הלוח ולמלא אותו יחד עם התלמידים לפני פעילות הסידור הכרונולוגי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האיש שחלם מדינה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הסיפור מספר על בנימין זאב הרצל, מהילדות בהונגריה ועד הקמת התנועה הציונית ופרסום חזונו למדינה יהודית.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למד הרצל בווינה?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הנדסה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לדרייפוס בחצר הצבאית?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קיבל דרגה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הסירו ממנו את הדרגות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ברח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קיבל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ההמון צעק בחוץ, לפי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מוות לבוגד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מוות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תחי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חנינה לדרייפוס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יצא לאור הספר מדינת היהודים?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1904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היכן התקיים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קישינב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נקבע כמטרה בקונגרס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מולדת לעם היהודי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הקמת עיתון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מלחמה 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בניית אוניברסיטה בווינה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הייתה הטריטוריה שהוצעה ב-1903?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מזרח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הונגריה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שווייץ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9. מהו שם הרומן שכתב הרצל ב-1902?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פאולינה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הקונגרס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10. מה הייתה המשפחה המקצועית הראשונה של הרצל בעיתון?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עורך 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מפיץ עיתונים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בשם המשפחתי תיאודור, אך ההורים קראו לו בנימין זאב.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אחותו של הרצל, פאולינה, חלתה ומתה כשהרצל היה בן שמונה עשרה.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האמין שדרייפוס באמת בגד במולדתו.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בקונגרס הציוני הראשון השתתפו יותר ממאתיים צירים.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ביקר בארץ ישראל בשנת 1898.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אנשי התנועה הציונית תמכו בהצעת הטריטוריה באפריקה.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 בגיל שמונים.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נולד בעיר __________ שבהונגריה.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בחורף 1895 הרצל צפה בפרשת הקצין היהודי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בשנת 1896 יצא לאור ספרו של הרצל בשם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הקונגרס הציוני הראשון התכנס בעיר __________ שבשווייץ.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המשפט הסמלי שכתב הרצל הוא: אם תרצו, __________ אגדה.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הרצל נפטר בשנת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1. 1896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הקונגרס הציוני הראשון בבזל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פרסום הספר מדינת היהודים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3. 1898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הכרזת מדינת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4. 1903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פטירתו של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5. 1904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ביקור הרצל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6. 1948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ויכוח על הצעת הטריטוריה באפריקה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הכרזת מדינת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צופה בפרשת דרייפוס בפריז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פרסום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כינוס 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בעיר פשט שבהונגריה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עוברת לווינה אחרי מות פאולינה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לדעתכם גרם להרצל להבין שהרעיון של מדינה יהודית הכרחי, ולא רק חלום? הסבירו בכמה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בספרו אלטנוילנד תיאר הרצל חברה עתידית. תארו במילים שלכם איך לדעתכם נראתה החברה שהוא דמיין.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הקצין היהודי שהואשם בבגידה בצרפת?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הספר שפרסם הרצל ב-1896?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שנה הוכרזה מדינת ישראל, וכמה שנים אחרי הקונגרס בבזל זה קרה?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האיש שחלם מדינה –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